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3389" w:rsidRDefault="00712251" w:rsidP="00712251">
      <w:pPr>
        <w:jc w:val="center"/>
      </w:pPr>
      <w:r w:rsidRPr="00712251">
        <w:rPr>
          <w:noProof/>
        </w:rPr>
        <w:drawing>
          <wp:inline distT="0" distB="0" distL="0" distR="0" wp14:anchorId="273462D9" wp14:editId="1FC0F1C8">
            <wp:extent cx="2940422" cy="1171575"/>
            <wp:effectExtent l="0" t="0" r="0" b="0"/>
            <wp:docPr id="5" name="Picture 4">
              <a:extLst xmlns:a="http://schemas.openxmlformats.org/drawingml/2006/main">
                <a:ext uri="{FF2B5EF4-FFF2-40B4-BE49-F238E27FC236}">
                  <a16:creationId xmlns:a16="http://schemas.microsoft.com/office/drawing/2014/main" id="{AA12F3C2-2859-4C22-B171-B98AF541F9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A12F3C2-2859-4C22-B171-B98AF541F904}"/>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954781" cy="1177296"/>
                    </a:xfrm>
                    <a:prstGeom prst="rect">
                      <a:avLst/>
                    </a:prstGeom>
                  </pic:spPr>
                </pic:pic>
              </a:graphicData>
            </a:graphic>
          </wp:inline>
        </w:drawing>
      </w:r>
    </w:p>
    <w:p w:rsidR="00AC3389" w:rsidRPr="00712251" w:rsidRDefault="00712251" w:rsidP="00712251">
      <w:pPr>
        <w:jc w:val="center"/>
        <w:rPr>
          <w:b/>
          <w:color w:val="1F497D" w:themeColor="text2"/>
          <w:sz w:val="32"/>
        </w:rPr>
      </w:pPr>
      <w:r w:rsidRPr="00712251">
        <w:rPr>
          <w:b/>
          <w:color w:val="1F497D" w:themeColor="text2"/>
          <w:sz w:val="32"/>
        </w:rPr>
        <w:t>Membership Application - Essential Criteria</w:t>
      </w:r>
    </w:p>
    <w:p w:rsidR="00712251" w:rsidRDefault="00712251"/>
    <w:p w:rsidR="00AC3389" w:rsidRPr="002B77DA" w:rsidRDefault="004E3A82">
      <w:pPr>
        <w:rPr>
          <w:b/>
          <w:color w:val="1F497D" w:themeColor="text2"/>
          <w:sz w:val="28"/>
          <w:szCs w:val="28"/>
        </w:rPr>
      </w:pPr>
      <w:r w:rsidRPr="002B77DA">
        <w:rPr>
          <w:b/>
          <w:color w:val="1F497D" w:themeColor="text2"/>
          <w:sz w:val="28"/>
          <w:szCs w:val="28"/>
        </w:rPr>
        <w:t>Guidance for Applicants</w:t>
      </w:r>
    </w:p>
    <w:p w:rsidR="00712251" w:rsidRDefault="004E3A82">
      <w:pPr>
        <w:rPr>
          <w:sz w:val="28"/>
          <w:szCs w:val="28"/>
        </w:rPr>
      </w:pPr>
      <w:r w:rsidRPr="002B77DA">
        <w:rPr>
          <w:sz w:val="28"/>
          <w:szCs w:val="28"/>
        </w:rPr>
        <w:t>You do not need prior knowledge or experience of CYPSP to complete this application. You are asked to demonstrate how your organisation, role, and leadership could align with and contribute to a multi‑agency partnership focused on improving outcomes for children and young people. Responses should draw on relevant examples from your professional experience and organisational remit. Applications will be assessed on the quality and relevance of the evidence provided.</w:t>
      </w:r>
      <w:r w:rsidR="005F7868" w:rsidRPr="002B77DA">
        <w:rPr>
          <w:sz w:val="28"/>
          <w:szCs w:val="28"/>
        </w:rPr>
        <w:t xml:space="preserve"> </w:t>
      </w:r>
      <w:r w:rsidRPr="002B77DA">
        <w:rPr>
          <w:sz w:val="28"/>
          <w:szCs w:val="28"/>
        </w:rPr>
        <w:t xml:space="preserve">The following pages outline 6 essential criteria. </w:t>
      </w:r>
    </w:p>
    <w:p w:rsidR="002B77DA" w:rsidRPr="002B77DA" w:rsidRDefault="002B77DA">
      <w:pPr>
        <w:rPr>
          <w:sz w:val="28"/>
          <w:szCs w:val="28"/>
        </w:rPr>
      </w:pPr>
    </w:p>
    <w:p w:rsidR="00AC3389" w:rsidRPr="002B77DA" w:rsidRDefault="004E3A82">
      <w:pPr>
        <w:rPr>
          <w:color w:val="1F497D" w:themeColor="text2"/>
          <w:szCs w:val="24"/>
        </w:rPr>
      </w:pPr>
      <w:r w:rsidRPr="002B77DA">
        <w:rPr>
          <w:color w:val="1F497D" w:themeColor="text2"/>
          <w:szCs w:val="24"/>
        </w:rPr>
        <w:t>Scoring Framework</w:t>
      </w:r>
    </w:p>
    <w:p w:rsidR="00AC3389" w:rsidRPr="002B77DA" w:rsidRDefault="004E3A82">
      <w:pPr>
        <w:rPr>
          <w:szCs w:val="24"/>
        </w:rPr>
      </w:pPr>
      <w:r w:rsidRPr="002B77DA">
        <w:rPr>
          <w:szCs w:val="24"/>
        </w:rPr>
        <w:t>Each criteri</w:t>
      </w:r>
      <w:bookmarkStart w:id="0" w:name="_GoBack"/>
      <w:bookmarkEnd w:id="0"/>
      <w:r w:rsidRPr="002B77DA">
        <w:rPr>
          <w:szCs w:val="24"/>
        </w:rPr>
        <w:t>on will be scored using the following scale:</w:t>
      </w:r>
    </w:p>
    <w:p w:rsidR="00AC3389" w:rsidRPr="002B77DA" w:rsidRDefault="004E3A82">
      <w:pPr>
        <w:rPr>
          <w:szCs w:val="24"/>
        </w:rPr>
      </w:pPr>
      <w:r w:rsidRPr="002B77DA">
        <w:rPr>
          <w:szCs w:val="24"/>
        </w:rPr>
        <w:t>0 – Does not meet the criterion</w:t>
      </w:r>
    </w:p>
    <w:p w:rsidR="00AC3389" w:rsidRPr="002B77DA" w:rsidRDefault="004E3A82">
      <w:pPr>
        <w:rPr>
          <w:szCs w:val="24"/>
        </w:rPr>
      </w:pPr>
      <w:r w:rsidRPr="002B77DA">
        <w:rPr>
          <w:szCs w:val="24"/>
        </w:rPr>
        <w:t>1 – Limited evidence; partially meets the criterion</w:t>
      </w:r>
      <w:r w:rsidR="00712251" w:rsidRPr="002B77DA">
        <w:rPr>
          <w:noProof/>
          <w:szCs w:val="24"/>
        </w:rPr>
        <w:t xml:space="preserve"> </w:t>
      </w:r>
    </w:p>
    <w:p w:rsidR="00AC3389" w:rsidRPr="002B77DA" w:rsidRDefault="004E3A82">
      <w:pPr>
        <w:rPr>
          <w:szCs w:val="24"/>
        </w:rPr>
      </w:pPr>
      <w:r w:rsidRPr="002B77DA">
        <w:rPr>
          <w:szCs w:val="24"/>
        </w:rPr>
        <w:t>2 – Meets the criterion with relevant evidence</w:t>
      </w:r>
    </w:p>
    <w:p w:rsidR="00712251" w:rsidRPr="002B77DA" w:rsidRDefault="004E3A82">
      <w:pPr>
        <w:rPr>
          <w:szCs w:val="24"/>
        </w:rPr>
      </w:pPr>
      <w:r w:rsidRPr="002B77DA">
        <w:rPr>
          <w:szCs w:val="24"/>
        </w:rPr>
        <w:lastRenderedPageBreak/>
        <w:t>3 – Strong evidence; clearly exceeds expectations</w:t>
      </w:r>
    </w:p>
    <w:p w:rsidR="00AC3389" w:rsidRPr="002B77DA" w:rsidRDefault="004E3A82">
      <w:pPr>
        <w:rPr>
          <w:szCs w:val="24"/>
        </w:rPr>
      </w:pPr>
      <w:r w:rsidRPr="002B77DA">
        <w:rPr>
          <w:szCs w:val="24"/>
        </w:rPr>
        <w:t>Maximum possible score: 18</w:t>
      </w:r>
    </w:p>
    <w:p w:rsidR="00AC3389" w:rsidRPr="002B77DA" w:rsidRDefault="00F22FFA">
      <w:pPr>
        <w:rPr>
          <w:sz w:val="28"/>
          <w:szCs w:val="28"/>
        </w:rPr>
      </w:pPr>
      <w:r>
        <w:br w:type="page"/>
      </w:r>
      <w:r w:rsidR="004E3A82" w:rsidRPr="002B77DA">
        <w:rPr>
          <w:sz w:val="28"/>
          <w:szCs w:val="28"/>
        </w:rPr>
        <w:lastRenderedPageBreak/>
        <w:t>1: Alignment with a Children and Young People Focus (Score 0–3)</w:t>
      </w:r>
    </w:p>
    <w:p w:rsidR="00AC3389" w:rsidRPr="002B77DA" w:rsidRDefault="004E3A82">
      <w:pPr>
        <w:rPr>
          <w:sz w:val="28"/>
          <w:szCs w:val="28"/>
        </w:rPr>
      </w:pPr>
      <w:r w:rsidRPr="002B77DA">
        <w:rPr>
          <w:sz w:val="28"/>
          <w:szCs w:val="28"/>
        </w:rPr>
        <w:t>Applicants must demonstrate how their organisation’s remit, priorities or activity align with improving outcomes for children and young people, and how this work could contribute to shared partnership priorities.</w:t>
      </w:r>
    </w:p>
    <w:tbl>
      <w:tblPr>
        <w:tblStyle w:val="TableGrid"/>
        <w:tblW w:w="0" w:type="auto"/>
        <w:tblLook w:val="04A0" w:firstRow="1" w:lastRow="0" w:firstColumn="1" w:lastColumn="0" w:noHBand="0" w:noVBand="1"/>
      </w:tblPr>
      <w:tblGrid>
        <w:gridCol w:w="12230"/>
      </w:tblGrid>
      <w:tr w:rsidR="00F22FFA" w:rsidRPr="002B77DA" w:rsidTr="00A20283">
        <w:tc>
          <w:tcPr>
            <w:tcW w:w="12456" w:type="dxa"/>
          </w:tcPr>
          <w:p w:rsidR="00F22FFA" w:rsidRDefault="00E90DCA" w:rsidP="002B77DA">
            <w:pPr>
              <w:rPr>
                <w:sz w:val="28"/>
                <w:szCs w:val="28"/>
              </w:rPr>
            </w:pPr>
            <w:r w:rsidRPr="002B77DA">
              <w:rPr>
                <w:sz w:val="28"/>
                <w:szCs w:val="28"/>
              </w:rPr>
              <w:t>Please describe your organisation’s role and focus in relation to children and young people, and provide examples of how your work aligns, or could align, with shared priorities to improve outcomes at a strategic or system level. (Maximum 500 words)</w:t>
            </w:r>
          </w:p>
          <w:p w:rsidR="002B77DA" w:rsidRPr="002B77DA" w:rsidRDefault="002B77DA" w:rsidP="002B77DA">
            <w:pPr>
              <w:rPr>
                <w:sz w:val="28"/>
                <w:szCs w:val="28"/>
              </w:rPr>
            </w:pPr>
          </w:p>
        </w:tc>
      </w:tr>
      <w:tr w:rsidR="00F22FFA" w:rsidTr="00A20283">
        <w:tc>
          <w:tcPr>
            <w:tcW w:w="12456" w:type="dxa"/>
          </w:tcPr>
          <w:p w:rsidR="00F22FFA" w:rsidRDefault="00F22FFA" w:rsidP="00A20283">
            <w:pPr>
              <w:spacing w:after="240"/>
            </w:pPr>
          </w:p>
          <w:p w:rsidR="00E90DCA" w:rsidRDefault="00E90DCA" w:rsidP="00A20283">
            <w:pPr>
              <w:spacing w:after="240"/>
            </w:pPr>
          </w:p>
          <w:p w:rsidR="00E90DCA" w:rsidRDefault="00E90DCA" w:rsidP="00A20283">
            <w:pPr>
              <w:spacing w:after="240"/>
            </w:pPr>
          </w:p>
          <w:p w:rsidR="00E90DCA" w:rsidRDefault="00E90DCA" w:rsidP="00A20283">
            <w:pPr>
              <w:spacing w:after="240"/>
            </w:pPr>
          </w:p>
          <w:p w:rsidR="00E90DCA" w:rsidRDefault="00E90DCA" w:rsidP="00A20283">
            <w:pPr>
              <w:spacing w:after="240"/>
            </w:pPr>
          </w:p>
          <w:p w:rsidR="00E90DCA" w:rsidRDefault="00E90DCA" w:rsidP="00A20283">
            <w:pPr>
              <w:spacing w:after="240"/>
            </w:pPr>
          </w:p>
          <w:p w:rsidR="00E90DCA" w:rsidRDefault="00E90DCA" w:rsidP="00A20283">
            <w:pPr>
              <w:spacing w:after="240"/>
            </w:pPr>
          </w:p>
          <w:p w:rsidR="00E90DCA" w:rsidRDefault="00E90DCA" w:rsidP="00A20283">
            <w:pPr>
              <w:spacing w:after="240"/>
            </w:pPr>
          </w:p>
          <w:p w:rsidR="002B77DA" w:rsidRDefault="002B77DA" w:rsidP="00A20283">
            <w:pPr>
              <w:spacing w:after="240"/>
            </w:pPr>
          </w:p>
          <w:p w:rsidR="00E90DCA" w:rsidRDefault="00E90DCA" w:rsidP="00A20283">
            <w:pPr>
              <w:spacing w:after="240"/>
            </w:pPr>
          </w:p>
        </w:tc>
      </w:tr>
    </w:tbl>
    <w:p w:rsidR="00712251" w:rsidRDefault="00712251"/>
    <w:p w:rsidR="00712251" w:rsidRDefault="00712251">
      <w:r>
        <w:br w:type="page"/>
      </w:r>
    </w:p>
    <w:p w:rsidR="00AC3389" w:rsidRPr="002B77DA" w:rsidRDefault="004E3A82">
      <w:pPr>
        <w:rPr>
          <w:sz w:val="28"/>
          <w:szCs w:val="28"/>
        </w:rPr>
      </w:pPr>
      <w:r w:rsidRPr="002B77DA">
        <w:rPr>
          <w:sz w:val="28"/>
          <w:szCs w:val="28"/>
        </w:rPr>
        <w:lastRenderedPageBreak/>
        <w:t>2: Leadership and Organisational Influence (Score 0–3)</w:t>
      </w:r>
    </w:p>
    <w:p w:rsidR="00AC3389" w:rsidRPr="002B77DA" w:rsidRDefault="004E3A82">
      <w:pPr>
        <w:rPr>
          <w:sz w:val="28"/>
          <w:szCs w:val="28"/>
        </w:rPr>
      </w:pPr>
      <w:r w:rsidRPr="002B77DA">
        <w:rPr>
          <w:sz w:val="28"/>
          <w:szCs w:val="28"/>
        </w:rPr>
        <w:t>Applicants must demonstrate sufficient seniority or influence to represent their organisation, shape strategic direction, and support alignment with partnership priorities.</w:t>
      </w:r>
    </w:p>
    <w:tbl>
      <w:tblPr>
        <w:tblStyle w:val="TableGrid"/>
        <w:tblW w:w="0" w:type="auto"/>
        <w:tblLook w:val="04A0" w:firstRow="1" w:lastRow="0" w:firstColumn="1" w:lastColumn="0" w:noHBand="0" w:noVBand="1"/>
      </w:tblPr>
      <w:tblGrid>
        <w:gridCol w:w="12230"/>
      </w:tblGrid>
      <w:tr w:rsidR="00F22FFA" w:rsidRPr="002B77DA" w:rsidTr="00A20283">
        <w:tc>
          <w:tcPr>
            <w:tcW w:w="12456" w:type="dxa"/>
          </w:tcPr>
          <w:p w:rsidR="00F22FFA" w:rsidRPr="002B77DA" w:rsidRDefault="00712251" w:rsidP="00A20283">
            <w:pPr>
              <w:spacing w:after="240"/>
              <w:rPr>
                <w:sz w:val="28"/>
                <w:szCs w:val="28"/>
              </w:rPr>
            </w:pPr>
            <w:r w:rsidRPr="002B77DA">
              <w:rPr>
                <w:sz w:val="28"/>
                <w:szCs w:val="28"/>
              </w:rPr>
              <w:t>Please outline your role, level of authority</w:t>
            </w:r>
            <w:r w:rsidR="00B45DF2" w:rsidRPr="002B77DA">
              <w:rPr>
                <w:sz w:val="28"/>
                <w:szCs w:val="28"/>
              </w:rPr>
              <w:t xml:space="preserve"> to make decisions on behalf of</w:t>
            </w:r>
            <w:r w:rsidR="00E9099C" w:rsidRPr="002B77DA">
              <w:rPr>
                <w:sz w:val="28"/>
                <w:szCs w:val="28"/>
              </w:rPr>
              <w:t xml:space="preserve"> your organisation</w:t>
            </w:r>
            <w:r w:rsidR="00B45DF2" w:rsidRPr="002B77DA">
              <w:rPr>
                <w:sz w:val="28"/>
                <w:szCs w:val="28"/>
              </w:rPr>
              <w:t>,</w:t>
            </w:r>
            <w:r w:rsidRPr="002B77DA">
              <w:rPr>
                <w:sz w:val="28"/>
                <w:szCs w:val="28"/>
              </w:rPr>
              <w:t xml:space="preserve"> or influence within your organisation </w:t>
            </w:r>
            <w:r w:rsidR="00E9099C" w:rsidRPr="002B77DA">
              <w:rPr>
                <w:sz w:val="28"/>
                <w:szCs w:val="28"/>
              </w:rPr>
              <w:t>and/</w:t>
            </w:r>
            <w:r w:rsidRPr="002B77DA">
              <w:rPr>
                <w:sz w:val="28"/>
                <w:szCs w:val="28"/>
              </w:rPr>
              <w:t>or sector, and provide an example of how you have influenced strategy, policy or organisational priorities. (Maximum 500 words)</w:t>
            </w:r>
          </w:p>
        </w:tc>
      </w:tr>
      <w:tr w:rsidR="00F22FFA" w:rsidTr="00A20283">
        <w:tc>
          <w:tcPr>
            <w:tcW w:w="12456" w:type="dxa"/>
          </w:tcPr>
          <w:p w:rsidR="00F22FFA" w:rsidRDefault="00F22FFA"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2B77DA" w:rsidRDefault="002B77DA" w:rsidP="00A20283">
            <w:pPr>
              <w:spacing w:after="240"/>
            </w:pPr>
          </w:p>
          <w:p w:rsidR="002B77DA" w:rsidRDefault="002B77DA" w:rsidP="00A20283">
            <w:pPr>
              <w:spacing w:after="240"/>
            </w:pPr>
          </w:p>
          <w:p w:rsidR="00712251" w:rsidRDefault="00712251" w:rsidP="00A20283">
            <w:pPr>
              <w:spacing w:after="240"/>
            </w:pPr>
          </w:p>
          <w:p w:rsidR="00712251" w:rsidRDefault="00712251" w:rsidP="00A20283">
            <w:pPr>
              <w:spacing w:after="240"/>
            </w:pPr>
          </w:p>
        </w:tc>
      </w:tr>
    </w:tbl>
    <w:p w:rsidR="00712251" w:rsidRDefault="00712251"/>
    <w:p w:rsidR="00712251" w:rsidRDefault="00712251">
      <w:r>
        <w:br w:type="page"/>
      </w:r>
    </w:p>
    <w:p w:rsidR="00AC3389" w:rsidRPr="002B77DA" w:rsidRDefault="004E3A82">
      <w:pPr>
        <w:rPr>
          <w:sz w:val="28"/>
          <w:szCs w:val="28"/>
        </w:rPr>
      </w:pPr>
      <w:r w:rsidRPr="002B77DA">
        <w:rPr>
          <w:sz w:val="28"/>
          <w:szCs w:val="28"/>
        </w:rPr>
        <w:lastRenderedPageBreak/>
        <w:t>3: Commitment to Active Partnership Working (Score 0–3)</w:t>
      </w:r>
    </w:p>
    <w:p w:rsidR="00AC3389" w:rsidRPr="002B77DA" w:rsidRDefault="004E3A82">
      <w:pPr>
        <w:rPr>
          <w:sz w:val="28"/>
          <w:szCs w:val="28"/>
        </w:rPr>
      </w:pPr>
      <w:r w:rsidRPr="002B77DA">
        <w:rPr>
          <w:sz w:val="28"/>
          <w:szCs w:val="28"/>
        </w:rPr>
        <w:t>Applicants must demonstrate capacity and willingness to actively participate in partnership activity, contribute to shared work, and take responsibility for agreed actions beyond meeting attendance.</w:t>
      </w:r>
    </w:p>
    <w:tbl>
      <w:tblPr>
        <w:tblStyle w:val="TableGrid"/>
        <w:tblW w:w="0" w:type="auto"/>
        <w:tblLook w:val="04A0" w:firstRow="1" w:lastRow="0" w:firstColumn="1" w:lastColumn="0" w:noHBand="0" w:noVBand="1"/>
      </w:tblPr>
      <w:tblGrid>
        <w:gridCol w:w="12230"/>
      </w:tblGrid>
      <w:tr w:rsidR="00F22FFA" w:rsidRPr="002B77DA" w:rsidTr="00A20283">
        <w:tc>
          <w:tcPr>
            <w:tcW w:w="12456" w:type="dxa"/>
          </w:tcPr>
          <w:p w:rsidR="00F22FFA" w:rsidRPr="002B77DA" w:rsidRDefault="00712251" w:rsidP="00A20283">
            <w:pPr>
              <w:spacing w:after="240"/>
              <w:rPr>
                <w:sz w:val="28"/>
                <w:szCs w:val="28"/>
              </w:rPr>
            </w:pPr>
            <w:r w:rsidRPr="002B77DA">
              <w:rPr>
                <w:sz w:val="28"/>
                <w:szCs w:val="28"/>
              </w:rPr>
              <w:t>Please provide examples of how you have contributed to partnership or collaborative working, including any experience leading or supporting joint initiatives or actions. (Maximum 500 words)</w:t>
            </w:r>
          </w:p>
        </w:tc>
      </w:tr>
      <w:tr w:rsidR="00F22FFA" w:rsidTr="00A20283">
        <w:tc>
          <w:tcPr>
            <w:tcW w:w="12456" w:type="dxa"/>
          </w:tcPr>
          <w:p w:rsidR="00F22FFA" w:rsidRDefault="00F22FFA"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2B77DA" w:rsidRDefault="002B77DA" w:rsidP="00A20283">
            <w:pPr>
              <w:spacing w:after="240"/>
            </w:pPr>
          </w:p>
          <w:p w:rsidR="002B77DA" w:rsidRDefault="002B77DA" w:rsidP="00A20283">
            <w:pPr>
              <w:spacing w:after="240"/>
            </w:pPr>
          </w:p>
          <w:p w:rsidR="002B77DA" w:rsidRDefault="002B77DA" w:rsidP="00A20283">
            <w:pPr>
              <w:spacing w:after="240"/>
            </w:pPr>
          </w:p>
          <w:p w:rsidR="00712251" w:rsidRDefault="00712251" w:rsidP="00A20283">
            <w:pPr>
              <w:spacing w:after="240"/>
            </w:pPr>
          </w:p>
        </w:tc>
      </w:tr>
    </w:tbl>
    <w:p w:rsidR="00712251" w:rsidRDefault="00712251">
      <w:r>
        <w:br w:type="page"/>
      </w:r>
    </w:p>
    <w:p w:rsidR="00AC3389" w:rsidRPr="002B77DA" w:rsidRDefault="004E3A82">
      <w:pPr>
        <w:rPr>
          <w:rFonts w:cs="Arial"/>
          <w:sz w:val="28"/>
          <w:szCs w:val="28"/>
        </w:rPr>
      </w:pPr>
      <w:r w:rsidRPr="002B77DA">
        <w:rPr>
          <w:rFonts w:cs="Arial"/>
          <w:sz w:val="28"/>
          <w:szCs w:val="28"/>
        </w:rPr>
        <w:lastRenderedPageBreak/>
        <w:t>4: Advocacy, Collaboration and System Working (Score 0–3)</w:t>
      </w:r>
    </w:p>
    <w:p w:rsidR="00AC3389" w:rsidRPr="002B77DA" w:rsidRDefault="004E3A82">
      <w:pPr>
        <w:rPr>
          <w:rFonts w:cs="Arial"/>
          <w:sz w:val="28"/>
          <w:szCs w:val="28"/>
        </w:rPr>
      </w:pPr>
      <w:r w:rsidRPr="002B77DA">
        <w:rPr>
          <w:rFonts w:cs="Arial"/>
          <w:sz w:val="28"/>
          <w:szCs w:val="28"/>
        </w:rPr>
        <w:t>Applicants must demonstrate a willingness to work collaboratively beyond organisational boundaries, advocate for shared priorities, and contribute to system</w:t>
      </w:r>
      <w:r w:rsidRPr="002B77DA">
        <w:rPr>
          <w:rFonts w:ascii="Cambria Math" w:hAnsi="Cambria Math" w:cs="Cambria Math"/>
          <w:sz w:val="28"/>
          <w:szCs w:val="28"/>
        </w:rPr>
        <w:t>‑</w:t>
      </w:r>
      <w:r w:rsidRPr="002B77DA">
        <w:rPr>
          <w:rFonts w:cs="Arial"/>
          <w:sz w:val="28"/>
          <w:szCs w:val="28"/>
        </w:rPr>
        <w:t>wide approaches to complex challenges.</w:t>
      </w:r>
    </w:p>
    <w:tbl>
      <w:tblPr>
        <w:tblStyle w:val="TableGrid"/>
        <w:tblW w:w="0" w:type="auto"/>
        <w:tblLook w:val="04A0" w:firstRow="1" w:lastRow="0" w:firstColumn="1" w:lastColumn="0" w:noHBand="0" w:noVBand="1"/>
      </w:tblPr>
      <w:tblGrid>
        <w:gridCol w:w="12230"/>
      </w:tblGrid>
      <w:tr w:rsidR="00F22FFA" w:rsidRPr="002B77DA" w:rsidTr="00A20283">
        <w:tc>
          <w:tcPr>
            <w:tcW w:w="12456" w:type="dxa"/>
          </w:tcPr>
          <w:p w:rsidR="00F22FFA" w:rsidRPr="002B77DA" w:rsidRDefault="00712251" w:rsidP="00A20283">
            <w:pPr>
              <w:spacing w:after="240"/>
              <w:rPr>
                <w:rFonts w:cs="Arial"/>
                <w:sz w:val="28"/>
                <w:szCs w:val="28"/>
              </w:rPr>
            </w:pPr>
            <w:r w:rsidRPr="002B77DA">
              <w:rPr>
                <w:rFonts w:cs="Arial"/>
                <w:sz w:val="28"/>
                <w:szCs w:val="28"/>
              </w:rPr>
              <w:t>Please describe how you would promote partnership priorities within your organisation and networks, and provide an example of where you have supported collaborative or system</w:t>
            </w:r>
            <w:r w:rsidRPr="002B77DA">
              <w:rPr>
                <w:rFonts w:ascii="Cambria Math" w:hAnsi="Cambria Math" w:cs="Cambria Math"/>
                <w:sz w:val="28"/>
                <w:szCs w:val="28"/>
              </w:rPr>
              <w:t>‑</w:t>
            </w:r>
            <w:r w:rsidRPr="002B77DA">
              <w:rPr>
                <w:rFonts w:cs="Arial"/>
                <w:sz w:val="28"/>
                <w:szCs w:val="28"/>
              </w:rPr>
              <w:t>level working. (Maximum 500 words)</w:t>
            </w:r>
          </w:p>
        </w:tc>
      </w:tr>
      <w:tr w:rsidR="00F22FFA" w:rsidTr="00A20283">
        <w:tc>
          <w:tcPr>
            <w:tcW w:w="12456" w:type="dxa"/>
          </w:tcPr>
          <w:p w:rsidR="00F22FFA" w:rsidRDefault="00F22FFA"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tc>
      </w:tr>
    </w:tbl>
    <w:p w:rsidR="00712251" w:rsidRDefault="00712251"/>
    <w:p w:rsidR="00712251" w:rsidRDefault="00712251">
      <w:r>
        <w:br w:type="page"/>
      </w:r>
    </w:p>
    <w:p w:rsidR="00AC3389" w:rsidRPr="002B77DA" w:rsidRDefault="004E3A82">
      <w:pPr>
        <w:rPr>
          <w:sz w:val="28"/>
          <w:szCs w:val="28"/>
        </w:rPr>
      </w:pPr>
      <w:r w:rsidRPr="002B77DA">
        <w:rPr>
          <w:sz w:val="28"/>
          <w:szCs w:val="28"/>
        </w:rPr>
        <w:lastRenderedPageBreak/>
        <w:t>5: Children’s Rights, Equality and Inclusion (Score 0–3)</w:t>
      </w:r>
    </w:p>
    <w:p w:rsidR="00AC3389" w:rsidRPr="002B77DA" w:rsidRDefault="004E3A82">
      <w:pPr>
        <w:rPr>
          <w:sz w:val="28"/>
          <w:szCs w:val="28"/>
        </w:rPr>
      </w:pPr>
      <w:r w:rsidRPr="002B77DA">
        <w:rPr>
          <w:sz w:val="28"/>
          <w:szCs w:val="28"/>
        </w:rPr>
        <w:t>Applicants must demonstrate commitment to children’s rights, equality and inclusion, and an understanding of how inequality, exclusion or disadvantage affects children and young people.</w:t>
      </w:r>
    </w:p>
    <w:tbl>
      <w:tblPr>
        <w:tblStyle w:val="TableGrid"/>
        <w:tblW w:w="0" w:type="auto"/>
        <w:tblLook w:val="04A0" w:firstRow="1" w:lastRow="0" w:firstColumn="1" w:lastColumn="0" w:noHBand="0" w:noVBand="1"/>
      </w:tblPr>
      <w:tblGrid>
        <w:gridCol w:w="12230"/>
      </w:tblGrid>
      <w:tr w:rsidR="00F22FFA" w:rsidRPr="002B77DA" w:rsidTr="00A20283">
        <w:tc>
          <w:tcPr>
            <w:tcW w:w="12456" w:type="dxa"/>
          </w:tcPr>
          <w:p w:rsidR="00F22FFA" w:rsidRPr="002B77DA" w:rsidRDefault="00712251" w:rsidP="00A20283">
            <w:pPr>
              <w:spacing w:after="240"/>
              <w:rPr>
                <w:sz w:val="28"/>
                <w:szCs w:val="28"/>
              </w:rPr>
            </w:pPr>
            <w:r w:rsidRPr="002B77DA">
              <w:rPr>
                <w:sz w:val="28"/>
                <w:szCs w:val="28"/>
              </w:rPr>
              <w:t>Please describe how children’s rights, equality and inclusion inform your work or leadership approach, including how you consider the needs of children and young people experiencing vulnerability or disadvantage. (Maximum 400 words)</w:t>
            </w:r>
          </w:p>
        </w:tc>
      </w:tr>
      <w:tr w:rsidR="00F22FFA" w:rsidTr="00A20283">
        <w:tc>
          <w:tcPr>
            <w:tcW w:w="12456" w:type="dxa"/>
          </w:tcPr>
          <w:p w:rsidR="00F22FFA" w:rsidRDefault="00F22FFA"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2B77DA" w:rsidRDefault="002B77DA" w:rsidP="00A20283">
            <w:pPr>
              <w:spacing w:after="240"/>
            </w:pPr>
          </w:p>
          <w:p w:rsidR="002B77DA" w:rsidRDefault="002B77DA" w:rsidP="00A20283">
            <w:pPr>
              <w:spacing w:after="240"/>
            </w:pPr>
          </w:p>
          <w:p w:rsidR="002B77DA" w:rsidRDefault="002B77DA" w:rsidP="00A20283">
            <w:pPr>
              <w:spacing w:after="240"/>
            </w:pPr>
          </w:p>
        </w:tc>
      </w:tr>
    </w:tbl>
    <w:p w:rsidR="00712251" w:rsidRDefault="00712251"/>
    <w:p w:rsidR="00712251" w:rsidRDefault="00712251">
      <w:r>
        <w:br w:type="page"/>
      </w:r>
    </w:p>
    <w:p w:rsidR="00AC3389" w:rsidRPr="002B77DA" w:rsidRDefault="004E3A82">
      <w:pPr>
        <w:rPr>
          <w:sz w:val="28"/>
          <w:szCs w:val="28"/>
        </w:rPr>
      </w:pPr>
      <w:r w:rsidRPr="002B77DA">
        <w:rPr>
          <w:sz w:val="28"/>
          <w:szCs w:val="28"/>
        </w:rPr>
        <w:lastRenderedPageBreak/>
        <w:t>6: Organisational Commitment and Accountability (Score 0–3)</w:t>
      </w:r>
    </w:p>
    <w:p w:rsidR="00AC3389" w:rsidRPr="002B77DA" w:rsidRDefault="004E3A82">
      <w:pPr>
        <w:rPr>
          <w:sz w:val="28"/>
          <w:szCs w:val="28"/>
        </w:rPr>
      </w:pPr>
      <w:r w:rsidRPr="002B77DA">
        <w:rPr>
          <w:sz w:val="28"/>
          <w:szCs w:val="28"/>
        </w:rPr>
        <w:t>Applicants must demonstrate that their organisation supports their participation in the partnership and that they can ensure two‑way communication, accountability and follow‑through on agreed actions.</w:t>
      </w:r>
    </w:p>
    <w:tbl>
      <w:tblPr>
        <w:tblStyle w:val="TableGrid"/>
        <w:tblW w:w="0" w:type="auto"/>
        <w:tblLook w:val="04A0" w:firstRow="1" w:lastRow="0" w:firstColumn="1" w:lastColumn="0" w:noHBand="0" w:noVBand="1"/>
      </w:tblPr>
      <w:tblGrid>
        <w:gridCol w:w="12230"/>
      </w:tblGrid>
      <w:tr w:rsidR="00F22FFA" w:rsidRPr="002B77DA" w:rsidTr="00A20283">
        <w:tc>
          <w:tcPr>
            <w:tcW w:w="12456" w:type="dxa"/>
          </w:tcPr>
          <w:p w:rsidR="00F22FFA" w:rsidRPr="002B77DA" w:rsidRDefault="00712251" w:rsidP="00A20283">
            <w:pPr>
              <w:spacing w:after="240"/>
              <w:rPr>
                <w:sz w:val="28"/>
                <w:szCs w:val="28"/>
              </w:rPr>
            </w:pPr>
            <w:r w:rsidRPr="002B77DA">
              <w:rPr>
                <w:sz w:val="28"/>
                <w:szCs w:val="28"/>
              </w:rPr>
              <w:t>Please confirm organisational support for your application and describe how you would ensure effective communication and accountability between your organisation and the partnership. (Maximum 300 words)</w:t>
            </w:r>
          </w:p>
        </w:tc>
      </w:tr>
      <w:tr w:rsidR="00F22FFA" w:rsidTr="00A20283">
        <w:tc>
          <w:tcPr>
            <w:tcW w:w="12456" w:type="dxa"/>
          </w:tcPr>
          <w:p w:rsidR="00F22FFA" w:rsidRDefault="00F22FFA"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712251" w:rsidRDefault="00712251" w:rsidP="00A20283">
            <w:pPr>
              <w:spacing w:after="240"/>
            </w:pPr>
          </w:p>
          <w:p w:rsidR="002B77DA" w:rsidRDefault="002B77DA" w:rsidP="00A20283">
            <w:pPr>
              <w:spacing w:after="240"/>
            </w:pPr>
          </w:p>
          <w:p w:rsidR="002B77DA" w:rsidRDefault="002B77DA" w:rsidP="00A20283">
            <w:pPr>
              <w:spacing w:after="240"/>
            </w:pPr>
          </w:p>
          <w:p w:rsidR="002B77DA" w:rsidRDefault="002B77DA" w:rsidP="00A20283">
            <w:pPr>
              <w:spacing w:after="240"/>
            </w:pPr>
          </w:p>
          <w:p w:rsidR="00712251" w:rsidRDefault="00712251" w:rsidP="00A20283">
            <w:pPr>
              <w:spacing w:after="240"/>
            </w:pPr>
          </w:p>
        </w:tc>
      </w:tr>
    </w:tbl>
    <w:p w:rsidR="002B77DA" w:rsidRDefault="002B77DA"/>
    <w:p w:rsidR="00AC3389" w:rsidRPr="002B77DA" w:rsidRDefault="004E3A82">
      <w:pPr>
        <w:rPr>
          <w:sz w:val="28"/>
          <w:szCs w:val="28"/>
        </w:rPr>
      </w:pPr>
      <w:r w:rsidRPr="002B77DA">
        <w:rPr>
          <w:sz w:val="28"/>
          <w:szCs w:val="28"/>
        </w:rPr>
        <w:lastRenderedPageBreak/>
        <w:t>Declaration</w:t>
      </w:r>
    </w:p>
    <w:p w:rsidR="00AC3389" w:rsidRPr="002B77DA" w:rsidRDefault="004E3A82">
      <w:pPr>
        <w:rPr>
          <w:sz w:val="28"/>
          <w:szCs w:val="28"/>
        </w:rPr>
      </w:pPr>
      <w:r w:rsidRPr="002B77DA">
        <w:rPr>
          <w:sz w:val="28"/>
          <w:szCs w:val="28"/>
        </w:rPr>
        <w:t>I confirm that I have organisational approval to apply for partnership membership. I understand that partnership membership requires active participation, collaboration and contribution to shared priorities focused on improving outcomes for children and young people.</w:t>
      </w:r>
    </w:p>
    <w:p w:rsidR="00AC3389" w:rsidRPr="002B77DA" w:rsidRDefault="004E3A82">
      <w:pPr>
        <w:rPr>
          <w:sz w:val="28"/>
          <w:szCs w:val="28"/>
        </w:rPr>
      </w:pPr>
      <w:r w:rsidRPr="002B77DA">
        <w:rPr>
          <w:sz w:val="28"/>
          <w:szCs w:val="28"/>
        </w:rPr>
        <w:t>Yes / No</w:t>
      </w:r>
    </w:p>
    <w:p w:rsidR="00712251" w:rsidRPr="002B77DA" w:rsidRDefault="00712251">
      <w:pPr>
        <w:rPr>
          <w:sz w:val="28"/>
          <w:szCs w:val="28"/>
        </w:rPr>
      </w:pPr>
      <w:r w:rsidRPr="002B77DA">
        <w:rPr>
          <w:sz w:val="28"/>
          <w:szCs w:val="28"/>
        </w:rPr>
        <w:t xml:space="preserve">Name: ___________________   Signature: __________________  Date: __________ </w:t>
      </w:r>
    </w:p>
    <w:sectPr w:rsidR="00712251" w:rsidRPr="002B77DA" w:rsidSect="00034616">
      <w:pgSz w:w="15840" w:h="12240" w:orient="landscape"/>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7868" w:rsidRDefault="005F7868" w:rsidP="005F7868">
      <w:pPr>
        <w:spacing w:after="0" w:line="240" w:lineRule="auto"/>
      </w:pPr>
      <w:r>
        <w:separator/>
      </w:r>
    </w:p>
  </w:endnote>
  <w:endnote w:type="continuationSeparator" w:id="0">
    <w:p w:rsidR="005F7868" w:rsidRDefault="005F7868" w:rsidP="005F7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7868" w:rsidRDefault="005F7868" w:rsidP="005F7868">
      <w:pPr>
        <w:spacing w:after="0" w:line="240" w:lineRule="auto"/>
      </w:pPr>
      <w:r>
        <w:separator/>
      </w:r>
    </w:p>
  </w:footnote>
  <w:footnote w:type="continuationSeparator" w:id="0">
    <w:p w:rsidR="005F7868" w:rsidRDefault="005F7868" w:rsidP="005F78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2D71"/>
    <w:rsid w:val="0029639D"/>
    <w:rsid w:val="002B77DA"/>
    <w:rsid w:val="00326F90"/>
    <w:rsid w:val="004E3A82"/>
    <w:rsid w:val="005F7868"/>
    <w:rsid w:val="00712251"/>
    <w:rsid w:val="00AA1D8D"/>
    <w:rsid w:val="00AC3389"/>
    <w:rsid w:val="00B45DF2"/>
    <w:rsid w:val="00B47730"/>
    <w:rsid w:val="00CB0664"/>
    <w:rsid w:val="00E9099C"/>
    <w:rsid w:val="00E90DCA"/>
    <w:rsid w:val="00F22FF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3F703DC"/>
  <w14:defaultImageDpi w14:val="300"/>
  <w15:docId w15:val="{FDE6AC5D-62A6-4B7A-82F1-597EC9ECA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EE016-1CF6-4EB4-ABB1-2B5A09765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Louise Dickson</cp:lastModifiedBy>
  <cp:revision>2</cp:revision>
  <dcterms:created xsi:type="dcterms:W3CDTF">2026-08-26T11:17:00Z</dcterms:created>
  <dcterms:modified xsi:type="dcterms:W3CDTF">2026-08-26T11:17:00Z</dcterms:modified>
  <cp:category/>
</cp:coreProperties>
</file>